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איקס-עיגול ללמידה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לוח האיקס-עיגול ואת שלוש רמות החשיבה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לבנות כללי בחירה נכונים ללוח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טעויות נפוצות ודרכים למנוע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זכירה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הערכה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 אנכי או אלכסוני דרך האמצע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 אופקי באמצע נותן שלוש משימות מאותה רמה בינונית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כלל הבחירה המרכזי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חשוב לגוון בין כתיבה, ציור, דיבור ומשחק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רצוי ששלושת הקווים יידרשו זמן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הרחבה המוזכרת לתלמידים מתקדמים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הבחירה עצמה והשיחה עליה הן חלק מהלמידה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בינגו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רמת חשיבה ומה היא כוללת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(לזכור עובדות ולהסביר במילים פשוטות)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(להשתמש במידע ולפרק אותו לחלקים)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(לשפוט, לבקר וליצור תוצר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(נמצאת באמצע ומחייבת בכל 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(טעות - נותן שלוש משימות מאותה רמה)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הצעדים לבניית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נושא שכבר נלמד ותוצר רצוי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מבינים את מבנה שלוש השורות ברמות החשיבה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מבקשים משימות באמצעות פרומפט 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עורכים ומוודאים גיוון בתוצרים ובזמנים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מוסיפים כללי בחירה וקריטריונים להערכה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מעצבים ומדפיסים או משתפים את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שלוש המשימות בשורה האמצעית הן מאותה רמת חשיבה (יישום וניתוח) ולא מגוונות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אילו משימות אתגרו את התלמידים ולמה בחרו בקו מסוים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זכירה והבנה, יישום וניתוח, הערכה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קו אופקי נותן משימות מאותה רמה בלבד ולא מגוון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כל המשימות מסוג כתיבה, או זמנים לא שווים בין הקווים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חלק זה בזוגות - התלמידים בונים יחד דוגמת לוח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בעל פה את ההבדל בין קו אופקי לאנכי לפני 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השתמשו בחלק ה'התאמה' כהכנה לפני חלק הסדר כדי לבסס מושגים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איקס-עיגול ללמידה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מתרגל את עקרונות בניית לוח בחירה בסגנון איקס-עיגול, כלי להתאמת משימות לרמות חשיבה שונות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משימות יש בלוח איקס-עיגול 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מייצגת השורה העליונה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הערכה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יישום וניתוח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זכירה והבנה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חופשי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מייצגת השורה התחתונה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זכירה והבנה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הערכה ויצירה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יישום וניתוח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משבצת בלוח היא משימת חובה?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הפינה הימנית העליונה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הפינה השמאלית התחתונה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השורה התחתונה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קו מבטיח משימה מכל רמה?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 אופקי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 אנכי או אלכסוני דרך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קו אפשרי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 משבצות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אופקי באמצע הלוח נותן משימה מכל רמת חשיבה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 חייב לעבור דרך המשבצת האמצעית בכל קו שבוחר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המשימות בלוח צריכות להיות מסוג כתיבה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זמני ביצוע שונים מאוד בין הקווים הם דבר רצוי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לתלמידים מתקדמים אפשר להציע לסמן שני קווים - בינגו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נימוק אחרי הבחירה אינה חשובה ואפשר לוותר עליה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השורה האמצעית בלוח מייצגת רמת חשיבה של __________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המשבצת ה__________ היא משימת החובה המרכזית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הכלל בלוח הוא בחירת קו __________ או אלכסוני דרך האמצע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השורה העליונה בלוח מייצגת רמת חשיבה בסיסית של זכירה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לתלמידים מתקדמים אפשר להציע לסמן שני קווים במשחק הנקרא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חשוב לגוון בין תוצרים כגון כתיבה, ציור, דיבור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רמת חשיבה ומה היא כוללת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זכירה והבנה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להשתמש במידע ולפרק אותו לחלקים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יישום וניתוח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נמצאת באמצע ומחייבת בכל 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הערכה ויצירה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לזכור עובדות ולהסביר במילים פשוטות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משבצת חובה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טעות - נותן שלוש משימות מאותה רמה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 אופקי באמצע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לשפוט, לבקר וליצור תוצר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הצעדים לבניית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מבינים את מבנה שלוש השורות ברמות החשיבה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מבקשים משימות באמצעות פרומפט מוכן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כללי בחירה וקריטריונים להערכה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מעצבים ומדפיסים או משתפים את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נושא שכבר נלמד ותוצר רצוי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עורכים ומוודאים גיוון בתוצרים ובזמנים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קו אופקי באמצע הלוח נחשב טעות בבניית המשימות?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מטרת שיחת הנימוק בסוף השיעור?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רמות החשיבה בלוח איקס-עיגול?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הכלל הוא קו אנכי או אלכסוני ולא אופקי?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לטעות נפוצה בבניית הלוח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איקס-עיגול ללמידה דיפרנציאלית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