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האיקס-עיגול ואת שלוש רמות החשיבה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כללי בחירה נכונים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טעויות נפוצות ודרכים למנוע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הערכה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אנכי או אלכסוני דרך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אופקי באמצע נותן שלוש משימות מאותה רמה בינונית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הבחירה המרכזי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לגוון בין כתיבה, ציור, דיבור ומשחק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רצוי ששלושת הקווים יידרשו זמן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הרחבה המוזכרת לתלמידים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הבחירה עצמה והשיחה עליה הן חלק מהלמידה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רמת חשיבה ומה היא כוללת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(לזכור עובדות ולהסביר במילים פשוטות)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(להשתמש במידע ולפרק אותו לחלקים)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(לשפוט, לבקר וליצור תוצר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(נמצאת באמצע ומחייבת בכל 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(טעות - נותן שלוש משימות מאותה רמה)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לבניית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שכבר נלמד ותוצר 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מבינים את מבנה שלוש השורות ברמות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משימות באמצעות פרומפט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ומוודאים גיוון בתוצרים ובזמנים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כללי בחירה וקריטריונים להערכה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מעצבים ומדפיסים או משתפים את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שלוש המשימות בשורה האמצעית הן מאותה רמת חשיבה (יישום וניתוח) ולא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אילו משימות אתגרו את התלמידים ולמה בחרו בקו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זכירה והבנה, יישום וניתוח, הערכה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קו אופקי נותן משימות מאותה רמה בלבד ולא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כל המשימות מסוג כתיבה, או זמנים לא שווים בין הקווים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חלק זה בזוגות - התלמידים בונים יחד דוגמת לוח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קו אופקי לאנכי לפני 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בחלק ה'התאמה' כהכנה לפני חלק הסדר כדי לבסס מושגים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לוח משימות שבו התלמיד בוחר קו של שלוש משימות.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של 9 משימות שהתלמיד בוחר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זכירה והבנה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חשיבה בסיסית - לזכור ולהסביר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יישום וניתוח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חשיבה בינונית - להשתמש במידע ולפרק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חשיבה גבוהה - לשפוט וליצור תוצר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שחייבת להיכלל בכל קו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אנכי או אלכסוני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לבחירת שלוש משימות מרמות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קצר להערכת התוצר בכל 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השורה העליונה היא רמת חשיבה בסיסית - מה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מייצגת השורה התחתונה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משבצת חייבת להיכלל תמיד?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הפינה הימנית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הפינה השמאלית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קו מבטיח משימה מכל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אופקי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אנכי או אלכסוני דרך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קו אפשרי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משבצות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אופקי באמצע הלוח נותן משימה מכל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חייב לעבור דרך המשבצת האמצעית בכל קו שבוחר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צריכות להיות מסוג כתיבה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זמני ביצוע שונים מאוד בין הקווים הם דבר 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מתקדמים אפשר להציע לסמן שני קווים - בינגו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נימוק אחרי הבחירה אינה חשובה ואפשר לוותר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השורה האמצעית בלוח מייצגת רמת חשיבה של __________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ה__________ היא משימת החובה המרכזית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הכלל בלוח הוא בחירת קו __________ או אלכסוני דרך האמצע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השורה העליונה בלוח מייצגת רמת חשיבה בסיסית של זכירה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לתלמידים מתקדמים אפשר להציע לסמן שני קווים במשחק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חשוב לגוון בין תוצרים כגון כתיבה, ציור, דיבור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רמת חשיבה ומה היא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זכירה והבנה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להשתמש במידע ולפרק אותו לחלקים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יישום וניתוח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נמצאת באמצע ומחייבת בכל 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הערכה ויצירה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טעות - נותן שלוש משימות מאותה 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משבצת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לזכור עובדות ולהסביר במילים פשוטות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אופקי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לשפוט, לבקר וליצור תוצר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לבניית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מבינים את מבנה שלוש השורות ברמות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כללי בחירה וקריטריונים להערכה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ומוודאים גיוון בתוצרים ובזמנים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ומדפיסים או משתפים את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משימות באמצעות פרומפט 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שכבר נלמד ותוצר רצוי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קו אופקי באמצע הלוח נחשב טעות בבניית המשימות?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 שיחת הנימוק בסוף השיעור?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החשיבה בלוח איקס-עיגול?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הכלל הוא קו אנכי או אלכסוני ולא אופקי?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לטעות נפוצה בבניית הלוח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איקס-עיגול ללמידה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