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איקס-עיגול ללמידה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לוח האיקס-עיגול ואת שלוש רמות החשיבה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כללי בחירה נכונים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טעויות נפוצות ודרכים למנוע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זכירה והבנה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 אופקי באמצע נותן שלוש משימות מאותה רמה בינונית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כלל הבחירה המרכזי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רצוי ששלושת הקווים יידרשו זמן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רמת חשיבה ומה היא כוללת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(לזכור עובדות ולהסביר במילים פשוטות)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(להשתמש במידע ולפרק אותו לחלקים)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(לשפוט, לבקר וליצור תוצר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(נמצאת באמצע ומחייבת בכל קו)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לבניית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שכבר נלמד ותוצר 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מבינים את מבנה שלוש השורות ברמות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משימות באמצעות פרומפט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עורכים ומוודאים גיוון בתוצרים ובזמנים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שלוש המשימות בשורה האמצעית הן מאותה רמת חשיבה (יישום וניתוח) ולא מגוונות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זכירה והבנה, יישום וניתוח, הערכה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קו אופקי נותן משימות מאותה רמה בלבד ולא 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כל המשימות מסוג כתיבה, או זמנים לא שווים בין הקווים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חלק זה בזוגות - התלמידים בונים יחד דוגמת לוח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קו אופקי לאנכי לפני 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השתמשו בחלק ה'התאמה' כהכנה לפני חלק הסדר כדי לבסס מושגים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איקס-עיגול ללמידה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מתרגל את עקרונות בניית לוח בחירה בסגנון איקס-עיגול, כלי להתאמת משימות לרמות חשיבה שונות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יישום  ·  אמצעית  ·  הבנה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משימות יש בלוח איקס-עיגול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מייצגת השורה העליונה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זכירה והבנה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 אופקי באמצע הלוח נותן משימה מכל רמת חשיבה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 חייב לעבור דרך המשבצת האמצעית בכל קו שבוחר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זמני ביצוע שונים מאוד בין הקווים הם דבר 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השורה האמצעית בלוח מייצגת רמת חשיבה של __________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המשבצת ה__________ היא משימת החובה המרכזית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השורה העליונה בלוח מייצגת רמת חשיבה בסיסית של זכירה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רמת חשיבה ומה היא 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זכירה והבנה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להשתמש במידע ולפרק אותו לחלקים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יישום וניתוח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נמצאת באמצע ומחייבת בכל 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הערכה ויצירה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לזכור עובדות ולהסביר במילים פשוטות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משבצת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לשפוט, לבקר וליצור תוצר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הצעדים לבניית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נושא שכבר נלמד ותוצר רצוי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עורכים ומוודאים גיוון בתוצרים ובזמנים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מבינים את מבנה שלוש השורות ברמות החשיבה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מבקשים משימות באמצעות פרומפט מוכן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קו אופקי באמצע הלוח נחשב טעות בבניית המשימות?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רמות החשיבה בלוח איקס-עיגול?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הכלל הוא קו אנכי או אלכסוני ולא אופקי?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איקס-עיגול ללמידה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